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״הבלוג של מעיין: שישה שבועות, שלוש קומות וחברה אחת חדשה״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קצר: הטקסט, חמשת שלבי פירוק השאלה, מיון לפי ממדים, שאלות בחירה, כתיבה וכרטיס יציאה. בלוג · כיתה ז׳ · מסלול עולים – עברית פשוטה.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כ־35–45 דקות. השאלות לקוחות מהטקסט שבאתר (עמוד ״תרגול״ ו״פרקו את השאלה״). בגרסה זו: טקסט בעברית פשוטה, מילון קצר, משפטים קצרים ו־3 אפשרויות.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1 · </w:t>
      </w:r>
      <w:r>
        <w:rPr>
          <w:rFonts w:ascii="Arial" w:hAnsi="Arial" w:cs="Arial"/>
          <w:b w:val="0"/>
          <w:sz w:val="17"/>
          <w:rtl w:val="1"/>
          <w:szCs w:val="17"/>
        </w:rPr>
        <w:t>ממד: איתור מידע | תשובה נכונה: ב. שישה שבועות | משפט מלא: עברו… והפוסט מיועד ל…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2 · </w:t>
      </w:r>
      <w:r>
        <w:rPr>
          <w:rFonts w:ascii="Arial" w:hAnsi="Arial" w:cs="Arial"/>
          <w:b w:val="0"/>
          <w:sz w:val="17"/>
          <w:rtl w:val="1"/>
          <w:szCs w:val="17"/>
        </w:rPr>
        <w:t>ממד: פרשנות והיסק | תשובה נכונה: ב. שאף אחד לא שם לב אליה | משפט מלא: מעיין הרגישה ש…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1 · </w:t>
      </w:r>
      <w:r>
        <w:rPr>
          <w:rFonts w:ascii="Arial" w:hAnsi="Arial" w:cs="Arial"/>
          <w:b w:val="0"/>
          <w:sz w:val="17"/>
          <w:rtl w:val="1"/>
          <w:szCs w:val="17"/>
        </w:rPr>
        <w:t>1–ב · 2–ד · 3–א · 4–ג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2 · </w:t>
      </w:r>
      <w:r>
        <w:rPr>
          <w:rFonts w:ascii="Arial" w:hAnsi="Arial" w:cs="Arial"/>
          <w:b w:val="0"/>
          <w:sz w:val="17"/>
          <w:rtl w:val="1"/>
          <w:szCs w:val="17"/>
        </w:rPr>
        <w:t>1 – איתור מידע · 2 – איתור מידע · 3 – פרשנות והיסק · 4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3 · </w:t>
      </w:r>
      <w:r>
        <w:rPr>
          <w:rFonts w:ascii="Arial" w:hAnsi="Arial" w:cs="Arial"/>
          <w:b w:val="0"/>
          <w:sz w:val="17"/>
          <w:rtl w:val="1"/>
          <w:szCs w:val="17"/>
        </w:rPr>
        <w:t>1 – א (לחדר המורים) · 2 – א (ספרי הרפתקאות)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1 · </w:t>
      </w:r>
      <w:r>
        <w:rPr>
          <w:rFonts w:ascii="Arial" w:hAnsi="Arial" w:cs="Arial"/>
          <w:b w:val="0"/>
          <w:sz w:val="17"/>
          <w:rtl w:val="1"/>
          <w:szCs w:val="17"/>
        </w:rPr>
        <w:t>תשובה צפויה: א. כי הוא כן ונותן עצה פשוטה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״הבלוג של מעיין: שישה שבועות, שלוש קומות וחברה אחת חדשה״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בלוג · כיתה ז׳ · מסלול עולים – 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 xml:space="preserve">📖 מילון קצר: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שקופה – כאן: מרגישה שאף אחד לא רואה אותה או שם לב אליה · להרשים – לגרום לאחרים לחשוב שאתה מיוחד או טוב מאוד · אספתי אומץ – התגברתי על הפחד והחלטתי לעשות משהו · קטע – הפסיק באמצע · להפליא – מאוד, באופן מפתיע · פוסט – רשומה, טקסט אחד שמפרסמים בבלוג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עברית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English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Русский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العربية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አማርኛ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what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что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ماذا / ما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❔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למה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why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почему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لماذا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ለምን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🤷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ציינו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state / list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укажите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اذكروا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ጥቀሱ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📝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הסבירו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explain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объясните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اشرحوا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አብራሩ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🗣️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נמקו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give reasons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обоснуйте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عَلِّلوا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ምክንያት ስጡ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🔗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בלוג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הבלוג של מעיין: שישה שבועות, שלוש קומות וחברה אחת חדשה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0"/>
                <w:rtl w:val="1"/>
                <w:szCs w:val="20"/>
                <w:bCs/>
              </w:rPr>
              <w:t>פוסט חדש על המעבר לחטיבה, על הלחץ של היום הראשון ועל הפתעה אחת בספרייה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היי! עברו שישה שבועות מאז שהתחלתי את כיתה ז׳. הפוסט הזה בשביל מי שמתחיל חטיבה.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ביום הראשון פחדתי. הבניין היה גדול מאוד. הלכתי לאיבוד. מורה אמרה לי: "אל דאגה." אחרי שבועיים כבר הכרתי את המקום.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הכי קשה היה למצוא חברים. החברות שלי הלכו לכיתות אחרות. אבא אמר לי: "תשאלי שאלה אחת."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בספרייה ראיתי ילדה קוראת ספר שאני אוהבת. שאלתי אותה על הספר. דיברנו הרבה. קוראים לה עדי.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עכשיו אנחנו יושבות יחד בהפסקות. הצטרפו אלינו יוסף ונוי. אנחנו רוצים להקים מועדון קריאה.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למדתי? המעבר מפחיד, אבל זה עובר. שאלה אחת קטנה יכולה לפתוח חברות.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0"/>
                <w:rtl w:val="1"/>
                <w:szCs w:val="20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שקופה – כאן: מרגישה שאף אחד לא רואה אותה או שם לב אליה · להרשים – לגרום לאחרים לחשוב שאתה מיוחד או טוב מאוד · אספתי אומץ – התגברתי על הפחד והחלטתי לעשות משהו · קטע – הפסיק באמצע · להפליא – מאוד, באופן מפתיע · פוסט – רשומה, טקסט אחד שמפרסמים בבלוג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קראו. סמנו את מילת השאלה. בחרו ממד. בחרו תשובה. כתבו 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כמה זמן עבר?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שישה ימים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שישה שבועות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שנה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עברו… והפוסט מיועד ל… 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הרגישה מעיין כשכתבה "שקופה"?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שכולם מסתכלים עליה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שאף אחד לא שם לב אליה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שהיא שמחה מאוד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מעיין הרגישה ש… 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התאימו: מילת שאלה ← מה עושים.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העתיקו / מצאו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לאתר מספר או כמות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ניתן להסיק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להעתיק מילים מדויקות מהטקסט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לנקוט עמדה אישית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לדעתכם / הביעו דעה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ד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לחבר רמזים ולהגיע למסקנה שלא כתובה במפורש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לאיזה ממד שייכת השאלה? סמנו 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קרה למעיין בהפסקה הראשונה, ומה אמרה לה המורה?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ציינו שני פרטים שמעיין מספרת על עדי.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תפקיד הפסקה האחרונה בבלוג? הסבירו.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האם לדעתכם הבלוג של מעיין יכול לעזור לתלמידים שעולים לחטיבה? נמקו בשני נימוקים.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לאן הגיעה מעיין בטעות?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לחדר המורים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לספרייה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לחדר האוכל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אוהבת עדי?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ספרי הרפתקאות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כדורגל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בישול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למה הבלוג יכול לעזור?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כי הוא כן ונותן עצה פשוטה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כי הוא מלא במספרים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כי הוא מסביר מתמטיקה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לדעתי הבלוג … כי… 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חדשה שלמדתי היום: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משפט אחד: מה עושים לפני שעונים?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הבלוג של מעיין: שישה שבועות, שלוש קומות וחברה אחת חדשה · כיתה ז׳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הבלוג של מעיין: שישה שבועות, שלוש קומות וחברה אחת חדשה · כיתה ז׳ ·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